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RAMACHANDRAN R</w:t>
      </w:r>
    </w:p>
    <w:p>
      <w:pPr>
        <w:jc w:val="center"/>
      </w:pPr>
      <w:r>
        <w:rPr>
          <w:b/>
          <w:sz w:val="22"/>
        </w:rPr>
        <w:t>Python Developer | Data Analytics | SQL | AI/ML Transition</w:t>
      </w:r>
    </w:p>
    <w:p>
      <w:pPr>
        <w:spacing w:after="100"/>
        <w:jc w:val="center"/>
      </w:pPr>
      <w:r>
        <w:t>Madurai, India  |  +91 96291 16212  |  ramachandran16520@gmail.com</w:t>
      </w:r>
    </w:p>
    <w:p>
      <w:pPr>
        <w:spacing w:before="100" w:after="40"/>
      </w:pPr>
      <w:r>
        <w:rPr>
          <w:b/>
          <w:sz w:val="22"/>
        </w:rPr>
        <w:t>PROFESSIONAL SUMMARY</w:t>
      </w:r>
    </w:p>
    <w:p>
      <w:pPr>
        <w:spacing w:after="60"/>
      </w:pPr>
      <w:r>
        <w:t>Python Developer with 5+ years of hands-on experience building and supporting web-based Quality Management System (QMS) applications. Strong practical expertise in Python, Django, MySQL/SQL, database optimization, automated reporting, dashboards, and business workflow analysis. Experienced in transforming application data into reports and management insights using pandas, PDF/Excel/CSV reporting tools, and interactive dashboards. Currently transitioning toward Data Analytics and AI/ML roles by strengthening data analysis, statistics, machine learning, and generative AI capabilities.</w:t>
      </w:r>
    </w:p>
    <w:p>
      <w:pPr>
        <w:spacing w:before="100" w:after="40"/>
      </w:pPr>
      <w:r>
        <w:rPr>
          <w:b/>
          <w:sz w:val="22"/>
        </w:rPr>
        <w:t>CORE SKILLS</w:t>
      </w:r>
    </w:p>
    <w:p>
      <w:pPr>
        <w:spacing w:after="30"/>
      </w:pPr>
      <w:r>
        <w:rPr>
          <w:b/>
        </w:rPr>
        <w:t xml:space="preserve">Programming &amp; Data: </w:t>
      </w:r>
      <w:r>
        <w:t>Python, SQL, MySQL, pandas, Jinja</w:t>
      </w:r>
    </w:p>
    <w:p>
      <w:pPr>
        <w:spacing w:after="30"/>
      </w:pPr>
      <w:r>
        <w:rPr>
          <w:b/>
        </w:rPr>
        <w:t xml:space="preserve">Backend: </w:t>
      </w:r>
      <w:r>
        <w:t>Django, Web Application Development, Role-Based Access Control</w:t>
      </w:r>
    </w:p>
    <w:p>
      <w:pPr>
        <w:spacing w:after="30"/>
      </w:pPr>
      <w:r>
        <w:rPr>
          <w:b/>
        </w:rPr>
        <w:t xml:space="preserve">Data &amp; Reporting: </w:t>
      </w:r>
      <w:r>
        <w:t>Data Cleaning, Reporting Automation, PDF/Excel/CSV Reporting, Dashboard Development</w:t>
      </w:r>
    </w:p>
    <w:p>
      <w:pPr>
        <w:spacing w:after="30"/>
      </w:pPr>
      <w:r>
        <w:rPr>
          <w:b/>
        </w:rPr>
        <w:t xml:space="preserve">Database: </w:t>
      </w:r>
      <w:r>
        <w:t>Query Optimization, Recursive CTEs, Schema Normalization, Indexing, Database Tuning</w:t>
      </w:r>
    </w:p>
    <w:p>
      <w:pPr>
        <w:spacing w:after="30"/>
      </w:pPr>
      <w:r>
        <w:rPr>
          <w:b/>
        </w:rPr>
        <w:t xml:space="preserve">Web: </w:t>
      </w:r>
      <w:r>
        <w:t>JavaScript, jQuery, AJAX, HTML/CSS, Bootstrap, Tailwind</w:t>
      </w:r>
    </w:p>
    <w:p>
      <w:pPr>
        <w:spacing w:after="30"/>
      </w:pPr>
      <w:r>
        <w:rPr>
          <w:b/>
        </w:rPr>
        <w:t xml:space="preserve">Development: </w:t>
      </w:r>
      <w:r>
        <w:t>Git, Agile, Troubleshooting, Customer Issue Resolution, QA Collaboration</w:t>
      </w:r>
    </w:p>
    <w:p>
      <w:pPr>
        <w:spacing w:after="30"/>
      </w:pPr>
      <w:r>
        <w:rPr>
          <w:b/>
        </w:rPr>
        <w:t xml:space="preserve">Domain: </w:t>
      </w:r>
      <w:r>
        <w:t>ISO/QMS, Audits, CAPA, Complaints, Training, Document Control, Non-Conformance</w:t>
      </w:r>
    </w:p>
    <w:p>
      <w:pPr>
        <w:spacing w:before="100" w:after="40"/>
      </w:pPr>
      <w:r>
        <w:rPr>
          <w:b/>
          <w:sz w:val="22"/>
        </w:rPr>
        <w:t>PROFESSIONAL EXPERIENCE</w:t>
      </w:r>
    </w:p>
    <w:p>
      <w:pPr>
        <w:spacing w:after="20"/>
      </w:pPr>
      <w:r>
        <w:rPr>
          <w:b/>
        </w:rPr>
        <w:t>Software Engineer (Python Developer)</w:t>
      </w:r>
      <w:r>
        <w:t xml:space="preserve">  |  Sugi Infotech Pvt. Ltd.</w:t>
      </w:r>
    </w:p>
    <w:p>
      <w:pPr>
        <w:spacing w:after="40"/>
      </w:pPr>
      <w:r>
        <w:t>Oct 2021 – Sep 2026  |  Madurai, India</w:t>
      </w:r>
    </w:p>
    <w:p>
      <w:pPr>
        <w:pStyle w:val="ListBullet"/>
        <w:spacing w:after="30"/>
        <w:ind w:left="259" w:hanging="173"/>
      </w:pPr>
      <w:r>
        <w:t>Engineered and enhanced isoTracker, a web-based Quality Management System supporting audits, CAPA, training, complaints, and document control.</w:t>
      </w:r>
    </w:p>
    <w:p>
      <w:pPr>
        <w:pStyle w:val="ListBullet"/>
        <w:spacing w:after="30"/>
        <w:ind w:left="259" w:hanging="173"/>
      </w:pPr>
      <w:r>
        <w:t>Designed and maintained Django backend modules for CAPA root cause analysis, complaints, training workflows, and related business processes.</w:t>
      </w:r>
    </w:p>
    <w:p>
      <w:pPr>
        <w:pStyle w:val="ListBullet"/>
        <w:spacing w:after="30"/>
        <w:ind w:left="259" w:hanging="173"/>
      </w:pPr>
      <w:r>
        <w:t>Worked extensively with MySQL/SQL to improve database efficiency through recursive CTEs, schema normalization, indexing, and query optimization.</w:t>
      </w:r>
    </w:p>
    <w:p>
      <w:pPr>
        <w:pStyle w:val="ListBullet"/>
        <w:spacing w:after="30"/>
        <w:ind w:left="259" w:hanging="173"/>
      </w:pPr>
      <w:r>
        <w:t>Built automated management reporting in PDF, Excel, and CSV formats using pandas, jsPDF, pdfkit, and reportlab.</w:t>
      </w:r>
    </w:p>
    <w:p>
      <w:pPr>
        <w:pStyle w:val="ListBullet"/>
        <w:spacing w:after="30"/>
        <w:ind w:left="259" w:hanging="173"/>
      </w:pPr>
      <w:r>
        <w:t>Developed interactive dashboards with filtering, sorting, and analytics capabilities to support management reporting and decision-making.</w:t>
      </w:r>
    </w:p>
    <w:p>
      <w:pPr>
        <w:pStyle w:val="ListBullet"/>
        <w:spacing w:after="30"/>
        <w:ind w:left="259" w:hanging="173"/>
      </w:pPr>
      <w:r>
        <w:t>Worked with QA and clients to investigate production issues, implement enhancements, validate fixes, and deliver changes within Agile sprints.</w:t>
      </w:r>
    </w:p>
    <w:p>
      <w:pPr>
        <w:pStyle w:val="ListBullet"/>
        <w:spacing w:after="30"/>
        <w:ind w:left="259" w:hanging="173"/>
      </w:pPr>
      <w:r>
        <w:t>Improved application UI/UX using JavaScript, jQuery, AJAX, Bootstrap, and Tailwind.</w:t>
      </w:r>
    </w:p>
    <w:p>
      <w:pPr>
        <w:pStyle w:val="ListBullet"/>
        <w:spacing w:after="30"/>
        <w:ind w:left="259" w:hanging="173"/>
      </w:pPr>
      <w:r>
        <w:t>Implemented secure frontend/backend data encoding and decoding handling with ModSecurity-related requirements.</w:t>
      </w:r>
    </w:p>
    <w:p>
      <w:pPr>
        <w:spacing w:before="100" w:after="40"/>
      </w:pPr>
      <w:r>
        <w:rPr>
          <w:b/>
          <w:sz w:val="22"/>
        </w:rPr>
        <w:t>KEY PROJECT</w:t>
      </w:r>
    </w:p>
    <w:p>
      <w:pPr>
        <w:spacing w:after="20"/>
      </w:pPr>
      <w:r>
        <w:rPr>
          <w:b/>
        </w:rPr>
        <w:t>isoTracker QMS Software</w:t>
      </w:r>
      <w:r>
        <w:t xml:space="preserve">  |  Sugi Infotech Pvt. Ltd.</w:t>
      </w:r>
    </w:p>
    <w:p>
      <w:pPr>
        <w:pStyle w:val="ListBullet"/>
        <w:spacing w:after="30"/>
        <w:ind w:left="259" w:hanging="173"/>
      </w:pPr>
      <w:r>
        <w:t>Designed and implemented cloud-based QMS functionality for ISO compliance across multiple business workflows.</w:t>
      </w:r>
    </w:p>
    <w:p>
      <w:pPr>
        <w:pStyle w:val="ListBullet"/>
        <w:spacing w:after="30"/>
        <w:ind w:left="259" w:hanging="173"/>
      </w:pPr>
      <w:r>
        <w:t>Delivered modules covering Document Control, Complaints Management, Audit Management, Training Records, and CAPA.</w:t>
      </w:r>
    </w:p>
    <w:p>
      <w:pPr>
        <w:pStyle w:val="ListBullet"/>
        <w:spacing w:after="30"/>
        <w:ind w:left="259" w:hanging="173"/>
      </w:pPr>
      <w:r>
        <w:t>Implemented version management, approval workflows, access permissions, root cause analysis, escalation tracking, audit scheduling, non-conformance tracking, and effectiveness verification.</w:t>
      </w:r>
    </w:p>
    <w:p>
      <w:pPr>
        <w:pStyle w:val="ListBullet"/>
        <w:spacing w:after="30"/>
        <w:ind w:left="259" w:hanging="173"/>
      </w:pPr>
      <w:r>
        <w:t>Developed Django-based backend functionality with role-based access controls.</w:t>
      </w:r>
    </w:p>
    <w:p>
      <w:pPr>
        <w:pStyle w:val="ListBullet"/>
        <w:spacing w:after="30"/>
        <w:ind w:left="259" w:hanging="173"/>
      </w:pPr>
      <w:r>
        <w:t>Optimized MySQL database performance using recursive CTE queries, schema normalization, and indexing.</w:t>
      </w:r>
    </w:p>
    <w:p>
      <w:pPr>
        <w:pStyle w:val="ListBullet"/>
        <w:spacing w:after="30"/>
        <w:ind w:left="259" w:hanging="173"/>
      </w:pPr>
      <w:r>
        <w:t>Automated PDF/Excel/CSV reporting for management review and operational analysis.</w:t>
      </w:r>
    </w:p>
    <w:p>
      <w:pPr>
        <w:spacing w:before="100" w:after="40"/>
      </w:pPr>
      <w:r>
        <w:rPr>
          <w:b/>
          <w:sz w:val="22"/>
        </w:rPr>
        <w:t>DATA ANALYTICS &amp; AI CAREER DIRECTION</w:t>
      </w:r>
    </w:p>
    <w:p>
      <w:pPr>
        <w:pStyle w:val="ListBullet"/>
        <w:spacing w:after="30"/>
        <w:ind w:left="259" w:hanging="173"/>
      </w:pPr>
      <w:r>
        <w:t>Target roles: Data Analyst, BI/Data Analyst, Python Data Analyst, and longer-term Data Scientist / AI roles.</w:t>
      </w:r>
    </w:p>
    <w:p>
      <w:pPr>
        <w:pStyle w:val="ListBullet"/>
        <w:spacing w:after="30"/>
        <w:ind w:left="259" w:hanging="173"/>
      </w:pPr>
      <w:r>
        <w:t>Leverage existing strengths in Python, SQL, MySQL, pandas, reporting, dashboards, and enterprise application data.</w:t>
      </w:r>
    </w:p>
    <w:p>
      <w:pPr>
        <w:pStyle w:val="ListBullet"/>
        <w:spacing w:after="30"/>
        <w:ind w:left="259" w:hanging="173"/>
      </w:pPr>
      <w:r>
        <w:t>Build practical analytics and AI portfolio projects using QMS datasets, including KPI dashboards, NC/CAPA trend analysis, risk prediction, and an AI-assisted QMS knowledge application.</w:t>
      </w:r>
    </w:p>
    <w:p>
      <w:pPr>
        <w:spacing w:before="100" w:after="40"/>
      </w:pPr>
      <w:r>
        <w:rPr>
          <w:b/>
          <w:sz w:val="22"/>
        </w:rPr>
        <w:t>EDUCATION</w:t>
      </w:r>
    </w:p>
    <w:p>
      <w:pPr>
        <w:spacing w:after="30"/>
      </w:pPr>
      <w:r>
        <w:rPr>
          <w:b/>
        </w:rPr>
        <w:t>Master of Computer Applications (MCA)</w:t>
      </w:r>
      <w:r>
        <w:t xml:space="preserve"> — Madurai Kamaraj University | Expected Aug 2025 (status/date should be updated if completed)</w:t>
      </w:r>
    </w:p>
    <w:p>
      <w:pPr>
        <w:spacing w:after="30"/>
      </w:pPr>
      <w:r>
        <w:rPr>
          <w:b/>
        </w:rPr>
        <w:t>Bachelor of Computer Applications (BCA)</w:t>
      </w:r>
      <w:r>
        <w:t xml:space="preserve"> — Madurai Kamaraj University | 2017 – 2020</w:t>
      </w:r>
    </w:p>
    <w:p>
      <w:pPr>
        <w:spacing w:after="30"/>
      </w:pPr>
      <w:r>
        <w:rPr>
          <w:b/>
        </w:rPr>
        <w:t>HSC</w:t>
      </w:r>
      <w:r>
        <w:t xml:space="preserve"> — St. Mary’s Hr. Sec. School | 2017</w:t>
      </w:r>
    </w:p>
    <w:p>
      <w:pPr>
        <w:spacing w:after="30"/>
      </w:pPr>
      <w:r>
        <w:rPr>
          <w:b/>
        </w:rPr>
        <w:t>SSLC</w:t>
      </w:r>
      <w:r>
        <w:t xml:space="preserve"> — St. Mary’s Hr. Sec. School | 2015</w:t>
      </w:r>
    </w:p>
    <w:p>
      <w:pPr>
        <w:spacing w:before="100" w:after="40"/>
      </w:pPr>
      <w:r>
        <w:rPr>
          <w:b/>
          <w:sz w:val="22"/>
        </w:rPr>
        <w:t>LANGUAGES</w:t>
      </w:r>
    </w:p>
    <w:p>
      <w:r>
        <w:t>English | Tamil</w:t>
      </w:r>
    </w:p>
    <w:p>
      <w:pPr>
        <w:spacing w:before="100" w:after="40"/>
      </w:pPr>
      <w:r>
        <w:rPr>
          <w:b/>
          <w:sz w:val="22"/>
        </w:rPr>
        <w:t>ADDITIONAL INFORMATION</w:t>
      </w:r>
    </w:p>
    <w:p>
      <w:r>
        <w:t>Interests: Reading Books, Sports &amp; Fitness, Family Time, Travel &amp; Exploration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